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59571" w14:textId="0A3438E5" w:rsidR="009E1A92" w:rsidRPr="00BA73D8" w:rsidRDefault="00BA73D8" w:rsidP="00BA73D8">
      <w:pPr>
        <w:pStyle w:val="Titolo1"/>
        <w:jc w:val="center"/>
        <w:rPr>
          <w:rFonts w:ascii="Garamond" w:hAnsi="Garamond"/>
          <w:sz w:val="40"/>
          <w:szCs w:val="40"/>
          <w:lang w:val="it-IT"/>
        </w:rPr>
      </w:pPr>
      <w:r w:rsidRPr="00BA73D8">
        <w:rPr>
          <w:rFonts w:ascii="Garamond" w:hAnsi="Garamond"/>
          <w:sz w:val="40"/>
          <w:szCs w:val="40"/>
          <w:lang w:val="it-IT"/>
        </w:rPr>
        <w:t>GS BARALE 193</w:t>
      </w:r>
      <w:r>
        <w:rPr>
          <w:rFonts w:ascii="Garamond" w:hAnsi="Garamond"/>
          <w:sz w:val="40"/>
          <w:szCs w:val="40"/>
          <w:lang w:val="it-IT"/>
        </w:rPr>
        <w:t>0</w:t>
      </w:r>
    </w:p>
    <w:p w14:paraId="6822FF9A" w14:textId="10776F1A" w:rsidR="009E1A92" w:rsidRDefault="00000000" w:rsidP="00BA73D8">
      <w:pPr>
        <w:pStyle w:val="Titolo1"/>
        <w:jc w:val="center"/>
        <w:rPr>
          <w:rFonts w:ascii="Garamond" w:hAnsi="Garamond"/>
          <w:sz w:val="24"/>
          <w:szCs w:val="24"/>
          <w:lang w:val="it-IT"/>
        </w:rPr>
      </w:pPr>
      <w:r w:rsidRPr="009E1A92">
        <w:rPr>
          <w:rFonts w:ascii="Garamond" w:hAnsi="Garamond"/>
          <w:sz w:val="24"/>
          <w:szCs w:val="24"/>
          <w:lang w:val="it-IT"/>
        </w:rPr>
        <w:t>Richiesta di Adesione / Rinnovo</w:t>
      </w:r>
    </w:p>
    <w:p w14:paraId="55354F3D" w14:textId="77777777" w:rsidR="00BA73D8" w:rsidRPr="00BA73D8" w:rsidRDefault="00BA73D8" w:rsidP="00BA73D8">
      <w:pPr>
        <w:rPr>
          <w:lang w:val="it-IT"/>
        </w:rPr>
      </w:pPr>
    </w:p>
    <w:p w14:paraId="514FA56E" w14:textId="792DB4D1" w:rsidR="009E1A92" w:rsidRPr="009E1A92" w:rsidRDefault="009E1A92" w:rsidP="009E1A92">
      <w:pPr>
        <w:rPr>
          <w:rFonts w:ascii="Garamond" w:hAnsi="Garamond"/>
          <w:sz w:val="24"/>
          <w:szCs w:val="24"/>
          <w:lang w:val="it-IT"/>
        </w:rPr>
      </w:pPr>
      <w:r w:rsidRPr="009E1A92">
        <w:rPr>
          <w:rFonts w:ascii="Garamond" w:hAnsi="Garamond"/>
          <w:sz w:val="24"/>
          <w:szCs w:val="24"/>
          <w:lang w:val="it-IT"/>
        </w:rPr>
        <w:t>Cognome: ____________________________________________</w:t>
      </w:r>
    </w:p>
    <w:p w14:paraId="2B844E41" w14:textId="21F44A63" w:rsidR="009E1A92" w:rsidRPr="009E1A92" w:rsidRDefault="009E1A92">
      <w:pPr>
        <w:rPr>
          <w:rFonts w:ascii="Garamond" w:hAnsi="Garamond"/>
          <w:sz w:val="24"/>
          <w:szCs w:val="24"/>
          <w:lang w:val="it-IT"/>
        </w:rPr>
      </w:pPr>
      <w:proofErr w:type="gramStart"/>
      <w:r w:rsidRPr="009E1A92">
        <w:rPr>
          <w:rFonts w:ascii="Garamond" w:hAnsi="Garamond"/>
          <w:sz w:val="24"/>
          <w:szCs w:val="24"/>
          <w:lang w:val="it-IT"/>
        </w:rPr>
        <w:t>Nome:_</w:t>
      </w:r>
      <w:proofErr w:type="gramEnd"/>
      <w:r w:rsidRPr="009E1A92">
        <w:rPr>
          <w:rFonts w:ascii="Garamond" w:hAnsi="Garamond"/>
          <w:sz w:val="24"/>
          <w:szCs w:val="24"/>
          <w:lang w:val="it-IT"/>
        </w:rPr>
        <w:t>_______________________________________________</w:t>
      </w:r>
    </w:p>
    <w:p w14:paraId="251BC6AC" w14:textId="185D281A" w:rsidR="00CB2FC3" w:rsidRPr="009E1A92" w:rsidRDefault="00000000">
      <w:pPr>
        <w:rPr>
          <w:rFonts w:ascii="Garamond" w:hAnsi="Garamond"/>
          <w:sz w:val="24"/>
          <w:szCs w:val="24"/>
          <w:lang w:val="it-IT"/>
        </w:rPr>
      </w:pPr>
      <w:proofErr w:type="gramStart"/>
      <w:r w:rsidRPr="009E1A92">
        <w:rPr>
          <w:rFonts w:ascii="Garamond" w:hAnsi="Garamond"/>
          <w:sz w:val="24"/>
          <w:szCs w:val="24"/>
          <w:lang w:val="it-IT"/>
        </w:rPr>
        <w:t>Email</w:t>
      </w:r>
      <w:proofErr w:type="gramEnd"/>
      <w:r w:rsidRPr="009E1A92">
        <w:rPr>
          <w:rFonts w:ascii="Garamond" w:hAnsi="Garamond"/>
          <w:sz w:val="24"/>
          <w:szCs w:val="24"/>
          <w:lang w:val="it-IT"/>
        </w:rPr>
        <w:t>:</w:t>
      </w:r>
      <w:r w:rsidR="009E1A92" w:rsidRPr="009E1A92">
        <w:rPr>
          <w:rFonts w:ascii="Garamond" w:hAnsi="Garamond"/>
          <w:sz w:val="24"/>
          <w:szCs w:val="24"/>
          <w:lang w:val="it-IT"/>
        </w:rPr>
        <w:t xml:space="preserve"> ________________________________________________</w:t>
      </w:r>
    </w:p>
    <w:p w14:paraId="35A17DD7" w14:textId="2828BBC0" w:rsidR="00CB2FC3" w:rsidRPr="009E1A92" w:rsidRDefault="00000000">
      <w:pPr>
        <w:rPr>
          <w:rFonts w:ascii="Garamond" w:hAnsi="Garamond"/>
          <w:sz w:val="24"/>
          <w:szCs w:val="24"/>
          <w:lang w:val="it-IT"/>
        </w:rPr>
      </w:pPr>
      <w:r w:rsidRPr="009E1A92">
        <w:rPr>
          <w:rFonts w:ascii="Garamond" w:hAnsi="Garamond"/>
          <w:sz w:val="24"/>
          <w:szCs w:val="24"/>
          <w:lang w:val="it-IT"/>
        </w:rPr>
        <w:t>Telefono:</w:t>
      </w:r>
      <w:r w:rsidR="009E1A92" w:rsidRPr="009E1A92">
        <w:rPr>
          <w:rFonts w:ascii="Garamond" w:hAnsi="Garamond"/>
          <w:sz w:val="24"/>
          <w:szCs w:val="24"/>
          <w:lang w:val="it-IT"/>
        </w:rPr>
        <w:t xml:space="preserve"> ________________________________________________</w:t>
      </w:r>
    </w:p>
    <w:p w14:paraId="0F657447" w14:textId="43F1DF08" w:rsidR="00CB2FC3" w:rsidRPr="009E1A92" w:rsidRDefault="00000000">
      <w:pPr>
        <w:rPr>
          <w:rFonts w:ascii="Garamond" w:hAnsi="Garamond"/>
          <w:sz w:val="24"/>
          <w:szCs w:val="24"/>
          <w:lang w:val="it-IT"/>
        </w:rPr>
      </w:pPr>
      <w:r w:rsidRPr="009E1A92">
        <w:rPr>
          <w:rFonts w:ascii="Garamond" w:hAnsi="Garamond"/>
          <w:sz w:val="24"/>
          <w:szCs w:val="24"/>
          <w:lang w:val="it-IT"/>
        </w:rPr>
        <w:t>Indirizzo:</w:t>
      </w:r>
      <w:r w:rsidR="009E1A92" w:rsidRPr="009E1A92">
        <w:rPr>
          <w:rFonts w:ascii="Garamond" w:hAnsi="Garamond"/>
          <w:sz w:val="24"/>
          <w:szCs w:val="24"/>
          <w:lang w:val="it-IT"/>
        </w:rPr>
        <w:t xml:space="preserve"> ________________________________________________</w:t>
      </w:r>
    </w:p>
    <w:p w14:paraId="422A9319" w14:textId="4EBF7944" w:rsidR="00CB2FC3" w:rsidRPr="009E1A92" w:rsidRDefault="00000000">
      <w:pPr>
        <w:rPr>
          <w:rFonts w:ascii="Garamond" w:hAnsi="Garamond"/>
          <w:sz w:val="24"/>
          <w:szCs w:val="24"/>
          <w:lang w:val="it-IT"/>
        </w:rPr>
      </w:pPr>
      <w:r w:rsidRPr="009E1A92">
        <w:rPr>
          <w:rFonts w:ascii="Garamond" w:hAnsi="Garamond"/>
          <w:sz w:val="24"/>
          <w:szCs w:val="24"/>
          <w:lang w:val="it-IT"/>
        </w:rPr>
        <w:t>Codice fiscale:</w:t>
      </w:r>
      <w:r w:rsidR="009E1A92" w:rsidRPr="009E1A92">
        <w:rPr>
          <w:rFonts w:ascii="Garamond" w:hAnsi="Garamond"/>
          <w:sz w:val="24"/>
          <w:szCs w:val="24"/>
          <w:lang w:val="it-IT"/>
        </w:rPr>
        <w:t xml:space="preserve"> ________________________________________________</w:t>
      </w:r>
    </w:p>
    <w:p w14:paraId="7659EE9C" w14:textId="59226113" w:rsidR="00CB2FC3" w:rsidRPr="009E1A92" w:rsidRDefault="00000000">
      <w:pPr>
        <w:rPr>
          <w:rFonts w:ascii="Garamond" w:hAnsi="Garamond"/>
          <w:sz w:val="24"/>
          <w:szCs w:val="24"/>
          <w:lang w:val="it-IT"/>
        </w:rPr>
      </w:pPr>
      <w:r w:rsidRPr="009E1A92">
        <w:rPr>
          <w:rFonts w:ascii="Garamond" w:hAnsi="Garamond"/>
          <w:sz w:val="24"/>
          <w:szCs w:val="24"/>
          <w:lang w:val="it-IT"/>
        </w:rPr>
        <w:t>Luogo di nascita:</w:t>
      </w:r>
      <w:r w:rsidR="009E1A92" w:rsidRPr="009E1A92">
        <w:rPr>
          <w:rFonts w:ascii="Garamond" w:hAnsi="Garamond"/>
          <w:sz w:val="24"/>
          <w:szCs w:val="24"/>
          <w:lang w:val="it-IT"/>
        </w:rPr>
        <w:t xml:space="preserve"> ________________________________________________</w:t>
      </w:r>
    </w:p>
    <w:p w14:paraId="3650778C" w14:textId="05742C14" w:rsidR="009E1A92" w:rsidRPr="00252A94" w:rsidRDefault="00000000">
      <w:pPr>
        <w:rPr>
          <w:rFonts w:ascii="Garamond" w:hAnsi="Garamond"/>
          <w:sz w:val="24"/>
          <w:szCs w:val="24"/>
          <w:lang w:val="it-IT"/>
        </w:rPr>
      </w:pPr>
      <w:r w:rsidRPr="009E1A92">
        <w:rPr>
          <w:rFonts w:ascii="Garamond" w:hAnsi="Garamond"/>
          <w:sz w:val="24"/>
          <w:szCs w:val="24"/>
          <w:lang w:val="it-IT"/>
        </w:rPr>
        <w:t>Data di nascita (gg/mm/</w:t>
      </w:r>
      <w:proofErr w:type="spellStart"/>
      <w:r w:rsidRPr="009E1A92">
        <w:rPr>
          <w:rFonts w:ascii="Garamond" w:hAnsi="Garamond"/>
          <w:sz w:val="24"/>
          <w:szCs w:val="24"/>
          <w:lang w:val="it-IT"/>
        </w:rPr>
        <w:t>aaaa</w:t>
      </w:r>
      <w:proofErr w:type="spellEnd"/>
      <w:proofErr w:type="gramStart"/>
      <w:r w:rsidRPr="009E1A92">
        <w:rPr>
          <w:rFonts w:ascii="Garamond" w:hAnsi="Garamond"/>
          <w:sz w:val="24"/>
          <w:szCs w:val="24"/>
          <w:lang w:val="it-IT"/>
        </w:rPr>
        <w:t>):</w:t>
      </w:r>
      <w:r w:rsidR="009E1A92" w:rsidRPr="00252A94">
        <w:rPr>
          <w:rFonts w:ascii="Garamond" w:hAnsi="Garamond"/>
          <w:sz w:val="24"/>
          <w:szCs w:val="24"/>
          <w:lang w:val="it-IT"/>
        </w:rPr>
        <w:t>_</w:t>
      </w:r>
      <w:proofErr w:type="gramEnd"/>
      <w:r w:rsidR="009E1A92" w:rsidRPr="00252A94">
        <w:rPr>
          <w:rFonts w:ascii="Garamond" w:hAnsi="Garamond"/>
          <w:sz w:val="24"/>
          <w:szCs w:val="24"/>
          <w:lang w:val="it-IT"/>
        </w:rPr>
        <w:t>____________________________________________</w:t>
      </w:r>
    </w:p>
    <w:p w14:paraId="02538D33" w14:textId="1B2FD51C" w:rsidR="00CB2FC3" w:rsidRPr="00252A94" w:rsidRDefault="00000000">
      <w:pPr>
        <w:rPr>
          <w:rFonts w:ascii="Garamond" w:hAnsi="Garamond"/>
          <w:sz w:val="24"/>
          <w:szCs w:val="24"/>
          <w:lang w:val="it-IT"/>
        </w:rPr>
      </w:pPr>
      <w:r w:rsidRPr="00252A94">
        <w:rPr>
          <w:rFonts w:ascii="Garamond" w:hAnsi="Garamond"/>
          <w:sz w:val="24"/>
          <w:szCs w:val="24"/>
          <w:lang w:val="it-IT"/>
        </w:rPr>
        <w:t>Compilare il seguente modulo per esprimere l'interesse nelle discipline ciclistiche offerte dall'</w:t>
      </w:r>
      <w:r w:rsidR="00252A94" w:rsidRPr="00252A94">
        <w:rPr>
          <w:rFonts w:ascii="Garamond" w:hAnsi="Garamond"/>
          <w:sz w:val="24"/>
          <w:szCs w:val="24"/>
          <w:lang w:val="it-IT"/>
        </w:rPr>
        <w:t>A</w:t>
      </w:r>
      <w:r w:rsidRPr="00252A94">
        <w:rPr>
          <w:rFonts w:ascii="Garamond" w:hAnsi="Garamond"/>
          <w:sz w:val="24"/>
          <w:szCs w:val="24"/>
          <w:lang w:val="it-IT"/>
        </w:rPr>
        <w:t>ssociazione</w:t>
      </w:r>
      <w:r w:rsidR="00252A94">
        <w:rPr>
          <w:rFonts w:ascii="Garamond" w:hAnsi="Garamond"/>
          <w:sz w:val="24"/>
          <w:szCs w:val="24"/>
          <w:lang w:val="it-IT"/>
        </w:rPr>
        <w:t>, barrando la relativa casella.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252A94" w:rsidRPr="00252A94" w14:paraId="4C386F94" w14:textId="77777777" w:rsidTr="00B32F37">
        <w:tc>
          <w:tcPr>
            <w:tcW w:w="2880" w:type="dxa"/>
          </w:tcPr>
          <w:p w14:paraId="02818CDB" w14:textId="77777777" w:rsidR="00252A94" w:rsidRPr="00252A94" w:rsidRDefault="00252A94" w:rsidP="00B32F37">
            <w:pPr>
              <w:rPr>
                <w:rFonts w:ascii="Garamond" w:hAnsi="Garamond"/>
              </w:rPr>
            </w:pPr>
            <w:r w:rsidRPr="00252A94">
              <w:rPr>
                <w:rFonts w:ascii="Garamond" w:hAnsi="Garamond"/>
              </w:rPr>
              <w:fldChar w:fldCharType="begin"/>
            </w:r>
            <w:r w:rsidRPr="00252A94">
              <w:rPr>
                <w:rFonts w:ascii="Garamond" w:hAnsi="Garamond"/>
              </w:rPr>
              <w:instrText>FORMCHECKBOX</w:instrText>
            </w:r>
            <w:r w:rsidR="00000000">
              <w:rPr>
                <w:rFonts w:ascii="Garamond" w:hAnsi="Garamond"/>
              </w:rPr>
              <w:fldChar w:fldCharType="separate"/>
            </w:r>
            <w:r w:rsidRPr="00252A94">
              <w:rPr>
                <w:rFonts w:ascii="Garamond" w:hAnsi="Garamond"/>
              </w:rPr>
              <w:fldChar w:fldCharType="end"/>
            </w:r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Ciclismo</w:t>
            </w:r>
            <w:proofErr w:type="spellEnd"/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su</w:t>
            </w:r>
            <w:proofErr w:type="spellEnd"/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pista</w:t>
            </w:r>
            <w:proofErr w:type="spellEnd"/>
          </w:p>
        </w:tc>
        <w:tc>
          <w:tcPr>
            <w:tcW w:w="2880" w:type="dxa"/>
          </w:tcPr>
          <w:p w14:paraId="3F05726B" w14:textId="77777777" w:rsidR="00252A94" w:rsidRPr="00252A94" w:rsidRDefault="00252A94" w:rsidP="00B32F37">
            <w:pPr>
              <w:rPr>
                <w:rFonts w:ascii="Garamond" w:hAnsi="Garamond"/>
              </w:rPr>
            </w:pPr>
            <w:r w:rsidRPr="00252A94">
              <w:rPr>
                <w:rFonts w:ascii="Garamond" w:hAnsi="Garamond"/>
              </w:rPr>
              <w:fldChar w:fldCharType="begin"/>
            </w:r>
            <w:r w:rsidRPr="00252A94">
              <w:rPr>
                <w:rFonts w:ascii="Garamond" w:hAnsi="Garamond"/>
              </w:rPr>
              <w:instrText>FORMCHECKBOX</w:instrText>
            </w:r>
            <w:r w:rsidR="00000000">
              <w:rPr>
                <w:rFonts w:ascii="Garamond" w:hAnsi="Garamond"/>
              </w:rPr>
              <w:fldChar w:fldCharType="separate"/>
            </w:r>
            <w:r w:rsidRPr="00252A94">
              <w:rPr>
                <w:rFonts w:ascii="Garamond" w:hAnsi="Garamond"/>
              </w:rPr>
              <w:fldChar w:fldCharType="end"/>
            </w:r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Ciclismo</w:t>
            </w:r>
            <w:proofErr w:type="spellEnd"/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su</w:t>
            </w:r>
            <w:proofErr w:type="spellEnd"/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strada</w:t>
            </w:r>
            <w:proofErr w:type="spellEnd"/>
          </w:p>
        </w:tc>
        <w:tc>
          <w:tcPr>
            <w:tcW w:w="2880" w:type="dxa"/>
          </w:tcPr>
          <w:p w14:paraId="4F0349F1" w14:textId="77777777" w:rsidR="00252A94" w:rsidRPr="00252A94" w:rsidRDefault="00252A94" w:rsidP="00B32F37">
            <w:pPr>
              <w:rPr>
                <w:rFonts w:ascii="Garamond" w:hAnsi="Garamond"/>
              </w:rPr>
            </w:pPr>
            <w:r w:rsidRPr="00252A94">
              <w:rPr>
                <w:rFonts w:ascii="Garamond" w:hAnsi="Garamond"/>
              </w:rPr>
              <w:fldChar w:fldCharType="begin"/>
            </w:r>
            <w:r w:rsidRPr="00252A94">
              <w:rPr>
                <w:rFonts w:ascii="Garamond" w:hAnsi="Garamond"/>
              </w:rPr>
              <w:instrText>FORMCHECKBOX</w:instrText>
            </w:r>
            <w:r w:rsidR="00000000">
              <w:rPr>
                <w:rFonts w:ascii="Garamond" w:hAnsi="Garamond"/>
              </w:rPr>
              <w:fldChar w:fldCharType="separate"/>
            </w:r>
            <w:r w:rsidRPr="00252A94">
              <w:rPr>
                <w:rFonts w:ascii="Garamond" w:hAnsi="Garamond"/>
              </w:rPr>
              <w:fldChar w:fldCharType="end"/>
            </w:r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Ciclismo</w:t>
            </w:r>
            <w:proofErr w:type="spellEnd"/>
            <w:r w:rsidRPr="00252A94">
              <w:rPr>
                <w:rFonts w:ascii="Garamond" w:hAnsi="Garamond"/>
              </w:rPr>
              <w:t xml:space="preserve"> Trial</w:t>
            </w:r>
          </w:p>
        </w:tc>
      </w:tr>
      <w:tr w:rsidR="00252A94" w:rsidRPr="00252A94" w14:paraId="458E3C51" w14:textId="77777777" w:rsidTr="00B32F37">
        <w:tc>
          <w:tcPr>
            <w:tcW w:w="2880" w:type="dxa"/>
          </w:tcPr>
          <w:p w14:paraId="2C1D501E" w14:textId="77777777" w:rsidR="00252A94" w:rsidRPr="00252A94" w:rsidRDefault="00252A94" w:rsidP="00B32F37">
            <w:pPr>
              <w:rPr>
                <w:rFonts w:ascii="Garamond" w:hAnsi="Garamond"/>
              </w:rPr>
            </w:pPr>
            <w:r w:rsidRPr="00252A94">
              <w:rPr>
                <w:rFonts w:ascii="Garamond" w:hAnsi="Garamond"/>
              </w:rPr>
              <w:fldChar w:fldCharType="begin"/>
            </w:r>
            <w:r w:rsidRPr="00252A94">
              <w:rPr>
                <w:rFonts w:ascii="Garamond" w:hAnsi="Garamond"/>
              </w:rPr>
              <w:instrText>FORMCHECKBOX</w:instrText>
            </w:r>
            <w:r w:rsidR="00000000">
              <w:rPr>
                <w:rFonts w:ascii="Garamond" w:hAnsi="Garamond"/>
              </w:rPr>
              <w:fldChar w:fldCharType="separate"/>
            </w:r>
            <w:r w:rsidRPr="00252A94">
              <w:rPr>
                <w:rFonts w:ascii="Garamond" w:hAnsi="Garamond"/>
              </w:rPr>
              <w:fldChar w:fldCharType="end"/>
            </w:r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Ciclismo</w:t>
            </w:r>
            <w:proofErr w:type="spellEnd"/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Ciclo</w:t>
            </w:r>
            <w:proofErr w:type="spellEnd"/>
            <w:r w:rsidRPr="00252A94">
              <w:rPr>
                <w:rFonts w:ascii="Garamond" w:hAnsi="Garamond"/>
              </w:rPr>
              <w:t>-cross</w:t>
            </w:r>
          </w:p>
        </w:tc>
        <w:tc>
          <w:tcPr>
            <w:tcW w:w="2880" w:type="dxa"/>
          </w:tcPr>
          <w:p w14:paraId="7B975015" w14:textId="77777777" w:rsidR="00252A94" w:rsidRPr="00252A94" w:rsidRDefault="00252A94" w:rsidP="00B32F37">
            <w:pPr>
              <w:rPr>
                <w:rFonts w:ascii="Garamond" w:hAnsi="Garamond"/>
              </w:rPr>
            </w:pPr>
            <w:r w:rsidRPr="00252A94">
              <w:rPr>
                <w:rFonts w:ascii="Garamond" w:hAnsi="Garamond"/>
              </w:rPr>
              <w:fldChar w:fldCharType="begin"/>
            </w:r>
            <w:r w:rsidRPr="00252A94">
              <w:rPr>
                <w:rFonts w:ascii="Garamond" w:hAnsi="Garamond"/>
              </w:rPr>
              <w:instrText>FORMCHECKBOX</w:instrText>
            </w:r>
            <w:r w:rsidR="00000000">
              <w:rPr>
                <w:rFonts w:ascii="Garamond" w:hAnsi="Garamond"/>
              </w:rPr>
              <w:fldChar w:fldCharType="separate"/>
            </w:r>
            <w:r w:rsidRPr="00252A94">
              <w:rPr>
                <w:rFonts w:ascii="Garamond" w:hAnsi="Garamond"/>
              </w:rPr>
              <w:fldChar w:fldCharType="end"/>
            </w:r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Ciclismo</w:t>
            </w:r>
            <w:proofErr w:type="spellEnd"/>
            <w:r w:rsidRPr="00252A94">
              <w:rPr>
                <w:rFonts w:ascii="Garamond" w:hAnsi="Garamond"/>
              </w:rPr>
              <w:t xml:space="preserve"> Mountain bike</w:t>
            </w:r>
          </w:p>
        </w:tc>
        <w:tc>
          <w:tcPr>
            <w:tcW w:w="2880" w:type="dxa"/>
          </w:tcPr>
          <w:p w14:paraId="76E836E1" w14:textId="77777777" w:rsidR="00252A94" w:rsidRPr="00252A94" w:rsidRDefault="00252A94" w:rsidP="00B32F37">
            <w:pPr>
              <w:rPr>
                <w:rFonts w:ascii="Garamond" w:hAnsi="Garamond"/>
              </w:rPr>
            </w:pPr>
            <w:r w:rsidRPr="00252A94">
              <w:rPr>
                <w:rFonts w:ascii="Garamond" w:hAnsi="Garamond"/>
              </w:rPr>
              <w:fldChar w:fldCharType="begin"/>
            </w:r>
            <w:r w:rsidRPr="00252A94">
              <w:rPr>
                <w:rFonts w:ascii="Garamond" w:hAnsi="Garamond"/>
              </w:rPr>
              <w:instrText>FORMCHECKBOX</w:instrText>
            </w:r>
            <w:r w:rsidR="00000000">
              <w:rPr>
                <w:rFonts w:ascii="Garamond" w:hAnsi="Garamond"/>
              </w:rPr>
              <w:fldChar w:fldCharType="separate"/>
            </w:r>
            <w:r w:rsidRPr="00252A94">
              <w:rPr>
                <w:rFonts w:ascii="Garamond" w:hAnsi="Garamond"/>
              </w:rPr>
              <w:fldChar w:fldCharType="end"/>
            </w:r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Ciclismo</w:t>
            </w:r>
            <w:proofErr w:type="spellEnd"/>
            <w:r w:rsidRPr="00252A94">
              <w:rPr>
                <w:rFonts w:ascii="Garamond" w:hAnsi="Garamond"/>
              </w:rPr>
              <w:t xml:space="preserve"> BMX free style</w:t>
            </w:r>
          </w:p>
        </w:tc>
      </w:tr>
      <w:tr w:rsidR="00252A94" w:rsidRPr="00252A94" w14:paraId="25290776" w14:textId="77777777" w:rsidTr="00B32F37">
        <w:tc>
          <w:tcPr>
            <w:tcW w:w="2880" w:type="dxa"/>
          </w:tcPr>
          <w:p w14:paraId="7CACBC86" w14:textId="77777777" w:rsidR="00252A94" w:rsidRPr="00252A94" w:rsidRDefault="00252A94" w:rsidP="00B32F37">
            <w:pPr>
              <w:rPr>
                <w:rFonts w:ascii="Garamond" w:hAnsi="Garamond"/>
              </w:rPr>
            </w:pPr>
            <w:r w:rsidRPr="00252A94">
              <w:rPr>
                <w:rFonts w:ascii="Garamond" w:hAnsi="Garamond"/>
              </w:rPr>
              <w:fldChar w:fldCharType="begin"/>
            </w:r>
            <w:r w:rsidRPr="00252A94">
              <w:rPr>
                <w:rFonts w:ascii="Garamond" w:hAnsi="Garamond"/>
              </w:rPr>
              <w:instrText>FORMCHECKBOX</w:instrText>
            </w:r>
            <w:r w:rsidR="00000000">
              <w:rPr>
                <w:rFonts w:ascii="Garamond" w:hAnsi="Garamond"/>
              </w:rPr>
              <w:fldChar w:fldCharType="separate"/>
            </w:r>
            <w:r w:rsidRPr="00252A94">
              <w:rPr>
                <w:rFonts w:ascii="Garamond" w:hAnsi="Garamond"/>
              </w:rPr>
              <w:fldChar w:fldCharType="end"/>
            </w:r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Ciclismo</w:t>
            </w:r>
            <w:proofErr w:type="spellEnd"/>
            <w:r w:rsidRPr="00252A94">
              <w:rPr>
                <w:rFonts w:ascii="Garamond" w:hAnsi="Garamond"/>
              </w:rPr>
              <w:t xml:space="preserve"> Indoor Cycling (Artistic Cycling - Cycle Ball)</w:t>
            </w:r>
          </w:p>
        </w:tc>
        <w:tc>
          <w:tcPr>
            <w:tcW w:w="2880" w:type="dxa"/>
          </w:tcPr>
          <w:p w14:paraId="09C95D5D" w14:textId="77777777" w:rsidR="00252A94" w:rsidRPr="00252A94" w:rsidRDefault="00252A94" w:rsidP="00B32F37">
            <w:pPr>
              <w:rPr>
                <w:rFonts w:ascii="Garamond" w:hAnsi="Garamond"/>
              </w:rPr>
            </w:pPr>
            <w:r w:rsidRPr="00252A94">
              <w:rPr>
                <w:rFonts w:ascii="Garamond" w:hAnsi="Garamond"/>
              </w:rPr>
              <w:fldChar w:fldCharType="begin"/>
            </w:r>
            <w:r w:rsidRPr="00252A94">
              <w:rPr>
                <w:rFonts w:ascii="Garamond" w:hAnsi="Garamond"/>
              </w:rPr>
              <w:instrText>FORMCHECKBOX</w:instrText>
            </w:r>
            <w:r w:rsidR="00000000">
              <w:rPr>
                <w:rFonts w:ascii="Garamond" w:hAnsi="Garamond"/>
              </w:rPr>
              <w:fldChar w:fldCharType="separate"/>
            </w:r>
            <w:r w:rsidRPr="00252A94">
              <w:rPr>
                <w:rFonts w:ascii="Garamond" w:hAnsi="Garamond"/>
              </w:rPr>
              <w:fldChar w:fldCharType="end"/>
            </w:r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Ciclismo</w:t>
            </w:r>
            <w:proofErr w:type="spellEnd"/>
            <w:r w:rsidRPr="00252A94">
              <w:rPr>
                <w:rFonts w:ascii="Garamond" w:hAnsi="Garamond"/>
              </w:rPr>
              <w:t xml:space="preserve"> Cycling for All e Master</w:t>
            </w:r>
          </w:p>
        </w:tc>
        <w:tc>
          <w:tcPr>
            <w:tcW w:w="2880" w:type="dxa"/>
          </w:tcPr>
          <w:p w14:paraId="0D0F75DB" w14:textId="77777777" w:rsidR="00252A94" w:rsidRPr="00252A94" w:rsidRDefault="00252A94" w:rsidP="00B32F37">
            <w:pPr>
              <w:rPr>
                <w:rFonts w:ascii="Garamond" w:hAnsi="Garamond"/>
              </w:rPr>
            </w:pPr>
            <w:r w:rsidRPr="00252A94">
              <w:rPr>
                <w:rFonts w:ascii="Garamond" w:hAnsi="Garamond"/>
              </w:rPr>
              <w:fldChar w:fldCharType="begin"/>
            </w:r>
            <w:r w:rsidRPr="00252A94">
              <w:rPr>
                <w:rFonts w:ascii="Garamond" w:hAnsi="Garamond"/>
              </w:rPr>
              <w:instrText>FORMCHECKBOX</w:instrText>
            </w:r>
            <w:r w:rsidR="00000000">
              <w:rPr>
                <w:rFonts w:ascii="Garamond" w:hAnsi="Garamond"/>
              </w:rPr>
              <w:fldChar w:fldCharType="separate"/>
            </w:r>
            <w:r w:rsidRPr="00252A94">
              <w:rPr>
                <w:rFonts w:ascii="Garamond" w:hAnsi="Garamond"/>
              </w:rPr>
              <w:fldChar w:fldCharType="end"/>
            </w:r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Ciclismo</w:t>
            </w:r>
            <w:proofErr w:type="spellEnd"/>
            <w:r w:rsidRPr="00252A94">
              <w:rPr>
                <w:rFonts w:ascii="Garamond" w:hAnsi="Garamond"/>
              </w:rPr>
              <w:t xml:space="preserve"> </w:t>
            </w:r>
            <w:proofErr w:type="spellStart"/>
            <w:r w:rsidRPr="00252A94">
              <w:rPr>
                <w:rFonts w:ascii="Garamond" w:hAnsi="Garamond"/>
              </w:rPr>
              <w:t>Cicloturismo</w:t>
            </w:r>
            <w:proofErr w:type="spellEnd"/>
          </w:p>
        </w:tc>
      </w:tr>
    </w:tbl>
    <w:p w14:paraId="66B9D732" w14:textId="77777777" w:rsidR="00252A94" w:rsidRPr="00252A94" w:rsidRDefault="00252A94">
      <w:pPr>
        <w:rPr>
          <w:rFonts w:ascii="Garamond" w:hAnsi="Garamond"/>
          <w:sz w:val="24"/>
          <w:szCs w:val="24"/>
          <w:lang w:val="it-IT"/>
        </w:rPr>
      </w:pPr>
    </w:p>
    <w:p w14:paraId="0341A0F4" w14:textId="56318CD6" w:rsidR="009E1A92" w:rsidRPr="009E1A92" w:rsidRDefault="009E1A92">
      <w:pPr>
        <w:rPr>
          <w:rFonts w:ascii="Garamond" w:hAnsi="Garamond"/>
          <w:sz w:val="24"/>
          <w:szCs w:val="24"/>
          <w:lang w:val="it-IT"/>
        </w:rPr>
      </w:pPr>
      <w:r w:rsidRPr="00252A94">
        <w:rPr>
          <w:rFonts w:ascii="Garamond" w:hAnsi="Garamond"/>
          <w:sz w:val="24"/>
          <w:szCs w:val="24"/>
          <w:lang w:val="it-IT"/>
        </w:rPr>
        <w:t xml:space="preserve">Il </w:t>
      </w:r>
      <w:r w:rsidR="00BA73D8" w:rsidRPr="00252A94">
        <w:rPr>
          <w:rFonts w:ascii="Garamond" w:hAnsi="Garamond"/>
          <w:sz w:val="24"/>
          <w:szCs w:val="24"/>
          <w:lang w:val="it-IT"/>
        </w:rPr>
        <w:t>sottos</w:t>
      </w:r>
      <w:r w:rsidRPr="00252A94">
        <w:rPr>
          <w:rFonts w:ascii="Garamond" w:hAnsi="Garamond"/>
          <w:sz w:val="24"/>
          <w:szCs w:val="24"/>
          <w:lang w:val="it-IT"/>
        </w:rPr>
        <w:t>critto dichiara di</w:t>
      </w:r>
      <w:r w:rsidRPr="009E1A92">
        <w:rPr>
          <w:rFonts w:ascii="Garamond" w:hAnsi="Garamond"/>
          <w:sz w:val="24"/>
          <w:szCs w:val="24"/>
          <w:lang w:val="it-IT"/>
        </w:rPr>
        <w:t xml:space="preserve"> aver preso visione delle norme dello statuto, impegnandosi personalmente al relativ</w:t>
      </w:r>
      <w:r w:rsidR="0037609E">
        <w:rPr>
          <w:rFonts w:ascii="Garamond" w:hAnsi="Garamond"/>
          <w:sz w:val="24"/>
          <w:szCs w:val="24"/>
          <w:lang w:val="it-IT"/>
        </w:rPr>
        <w:t>o</w:t>
      </w:r>
      <w:r w:rsidRPr="009E1A92">
        <w:rPr>
          <w:rFonts w:ascii="Garamond" w:hAnsi="Garamond"/>
          <w:sz w:val="24"/>
          <w:szCs w:val="24"/>
          <w:lang w:val="it-IT"/>
        </w:rPr>
        <w:t xml:space="preserve"> rispetto.</w:t>
      </w:r>
    </w:p>
    <w:p w14:paraId="093100B5" w14:textId="77777777" w:rsidR="00CB2FC3" w:rsidRPr="009E1A92" w:rsidRDefault="00000000">
      <w:pPr>
        <w:rPr>
          <w:rFonts w:ascii="Garamond" w:hAnsi="Garamond"/>
          <w:sz w:val="24"/>
          <w:szCs w:val="24"/>
        </w:rPr>
      </w:pPr>
      <w:r w:rsidRPr="009E1A92">
        <w:rPr>
          <w:rFonts w:ascii="Garamond" w:hAnsi="Garamond"/>
          <w:sz w:val="24"/>
          <w:szCs w:val="24"/>
          <w:lang w:val="it-IT"/>
        </w:rPr>
        <w:br/>
      </w:r>
      <w:proofErr w:type="spellStart"/>
      <w:r w:rsidRPr="009E1A92">
        <w:rPr>
          <w:rFonts w:ascii="Garamond" w:hAnsi="Garamond"/>
          <w:sz w:val="24"/>
          <w:szCs w:val="24"/>
        </w:rPr>
        <w:t>Firma</w:t>
      </w:r>
      <w:proofErr w:type="spellEnd"/>
      <w:r w:rsidRPr="009E1A92">
        <w:rPr>
          <w:rFonts w:ascii="Garamond" w:hAnsi="Garamond"/>
          <w:sz w:val="24"/>
          <w:szCs w:val="24"/>
        </w:rPr>
        <w:t>: ___________________________   Data: _________________</w:t>
      </w:r>
    </w:p>
    <w:sectPr w:rsidR="00CB2FC3" w:rsidRPr="009E1A92" w:rsidSect="00CD3708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753EA6" w14:textId="77777777" w:rsidR="00CD3708" w:rsidRDefault="00CD3708" w:rsidP="00BA73D8">
      <w:pPr>
        <w:spacing w:after="0" w:line="240" w:lineRule="auto"/>
      </w:pPr>
      <w:r>
        <w:separator/>
      </w:r>
    </w:p>
  </w:endnote>
  <w:endnote w:type="continuationSeparator" w:id="0">
    <w:p w14:paraId="11E725CC" w14:textId="77777777" w:rsidR="00CD3708" w:rsidRDefault="00CD3708" w:rsidP="00BA73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Garamond">
    <w:altName w:val="Cambria"/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660D4" w14:textId="77777777" w:rsidR="00CD3708" w:rsidRDefault="00CD3708" w:rsidP="00BA73D8">
      <w:pPr>
        <w:spacing w:after="0" w:line="240" w:lineRule="auto"/>
      </w:pPr>
      <w:r>
        <w:separator/>
      </w:r>
    </w:p>
  </w:footnote>
  <w:footnote w:type="continuationSeparator" w:id="0">
    <w:p w14:paraId="35ACA79C" w14:textId="77777777" w:rsidR="00CD3708" w:rsidRDefault="00CD3708" w:rsidP="00BA73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CF143" w14:textId="355EDD4C" w:rsidR="00BA73D8" w:rsidRPr="00BA73D8" w:rsidRDefault="00BA73D8" w:rsidP="00F7560E">
    <w:pPr>
      <w:pStyle w:val="Intestazione"/>
      <w:tabs>
        <w:tab w:val="clear" w:pos="4680"/>
        <w:tab w:val="clear" w:pos="9360"/>
        <w:tab w:val="left" w:pos="3015"/>
      </w:tabs>
    </w:pPr>
    <w:r>
      <w:fldChar w:fldCharType="begin"/>
    </w:r>
    <w:r>
      <w:instrText xml:space="preserve"> INCLUDEPICTURE "https://digilander.libero.it/g.s.barale/Barale.jpg" \* MERGEFORMATINET </w:instrText>
    </w:r>
    <w:r>
      <w:fldChar w:fldCharType="separate"/>
    </w:r>
    <w:r>
      <w:rPr>
        <w:noProof/>
      </w:rPr>
      <w:drawing>
        <wp:inline distT="0" distB="0" distL="0" distR="0" wp14:anchorId="2718344B" wp14:editId="669ADF36">
          <wp:extent cx="927265" cy="329928"/>
          <wp:effectExtent l="0" t="0" r="0" b="635"/>
          <wp:docPr id="1360099389" name="Immagine 1" descr="Immagine che contiene Carattere, testo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2740369" name="Immagine 1" descr="Immagine che contiene Carattere, testo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8484" cy="3445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  <w:r w:rsidR="00F7560E">
      <w:tab/>
    </w:r>
    <w:r w:rsidR="00F7560E">
      <w:tab/>
    </w:r>
    <w:r w:rsidR="00F7560E">
      <w:tab/>
    </w:r>
    <w:r w:rsidR="00F7560E">
      <w:tab/>
    </w:r>
    <w:r w:rsidR="00F7560E">
      <w:tab/>
    </w:r>
    <w:r w:rsidR="00F7560E">
      <w:tab/>
    </w:r>
    <w:r w:rsidR="00F7560E">
      <w:tab/>
    </w:r>
    <w:r w:rsidR="00F7560E">
      <w:rPr>
        <w:noProof/>
      </w:rPr>
      <w:drawing>
        <wp:inline distT="0" distB="0" distL="0" distR="0" wp14:anchorId="2C3F28C1" wp14:editId="0331F9B1">
          <wp:extent cx="702353" cy="333375"/>
          <wp:effectExtent l="0" t="0" r="0" b="0"/>
          <wp:docPr id="383871335" name="Immagine 1" descr="ACSI - Associazione di Cultura Sport e Tempo Libe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CSI - Associazione di Cultura Sport e Tempo Liber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091" cy="3365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90573183">
    <w:abstractNumId w:val="8"/>
  </w:num>
  <w:num w:numId="2" w16cid:durableId="2115592290">
    <w:abstractNumId w:val="6"/>
  </w:num>
  <w:num w:numId="3" w16cid:durableId="1832864581">
    <w:abstractNumId w:val="5"/>
  </w:num>
  <w:num w:numId="4" w16cid:durableId="95641441">
    <w:abstractNumId w:val="4"/>
  </w:num>
  <w:num w:numId="5" w16cid:durableId="1774863068">
    <w:abstractNumId w:val="7"/>
  </w:num>
  <w:num w:numId="6" w16cid:durableId="1783331800">
    <w:abstractNumId w:val="3"/>
  </w:num>
  <w:num w:numId="7" w16cid:durableId="663432657">
    <w:abstractNumId w:val="2"/>
  </w:num>
  <w:num w:numId="8" w16cid:durableId="130486575">
    <w:abstractNumId w:val="1"/>
  </w:num>
  <w:num w:numId="9" w16cid:durableId="186674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3B38"/>
    <w:rsid w:val="00132CBE"/>
    <w:rsid w:val="0015074B"/>
    <w:rsid w:val="00252A94"/>
    <w:rsid w:val="0029639D"/>
    <w:rsid w:val="00326F90"/>
    <w:rsid w:val="0037609E"/>
    <w:rsid w:val="003868C5"/>
    <w:rsid w:val="009B27AE"/>
    <w:rsid w:val="009E1A92"/>
    <w:rsid w:val="00AA1D8D"/>
    <w:rsid w:val="00B47730"/>
    <w:rsid w:val="00BA73D8"/>
    <w:rsid w:val="00CB0664"/>
    <w:rsid w:val="00CB2FC3"/>
    <w:rsid w:val="00CD3708"/>
    <w:rsid w:val="00F7560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F1378E"/>
  <w14:defaultImageDpi w14:val="300"/>
  <w15:docId w15:val="{18AEB2CB-B6BF-2140-81DA-D15BA1A19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1242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Simone Bonavita</cp:lastModifiedBy>
  <cp:revision>5</cp:revision>
  <dcterms:created xsi:type="dcterms:W3CDTF">2024-04-14T17:37:00Z</dcterms:created>
  <dcterms:modified xsi:type="dcterms:W3CDTF">2024-04-24T15:53:00Z</dcterms:modified>
  <cp:category/>
</cp:coreProperties>
</file>